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Балыкин Сергей Васильевич обратился в Арбитражный суд Московской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«Нео Табак» (далее – Общество) о признании недействительными решений общего собрания участников Общества, оформленных протоколом от 30.06.2022 № 4.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 23 по Московской области, Гордеев Андрей Геннадьевич, Железнов Владимир Викторович. Решением Арбитражного суда Московской области от 28.12.2022 требования удовлетворены. Постановлением Десятого арбитражного апелляционного суда от 27.04.2023 решение от 28.12.2022 отменено, в иске отказано. Постановлением Арбитражного суда Московского округа от 17.08.2023 апелляционное постановление от 27.04.2023 отменено, решение от 28.12.2022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 апелляционной инстанции пришел к обоснованным выводам, что Балыкин С.В. злоупотребляет своим правом, принимая во внимание наличие собственноручно написанного заявления об освобождении от должности генерального директора; истец надлежащим образом был извещен о проведении общего собрания участников Общества; Гордеев А.Г. полагает, что в его действиях отсутствуют нарушения, поскольку они были направлены на восстановление нормальной хозяйственной деятельности юридического лица.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Балыкин С.В. и Гордеев А.Г., которым принадлежит по 50% уставного капитала юридического лица. Согласно приказу от 26.05.2017 № 1 генеральным директором с 26.05.2017 назначен Балыкин С.В., который 14.06.2022 направил заявление Гордееву А.Г. о досрочном расторжении трудового договора и освобождении от занимаемой должности. Далее 30.06.2022 состоялось внеочередное общее собрание участников Общества, оформленное протоколом от 30.06.2022 № 4, на котором Гордеевым А.Г. при отсутствии Балыкина С.В. были приняты следующие решения: 1) назначить на должность генерального директора Общества Железнова В.В. и заключить трудовой договор; 2) поручить подготовить документы для государственной регистрации изменений, вносимых в Единый государственный реестр юридических лиц в связи с избранием генерального директора Общества; 3) определить, что в соответствии с пунктом 3 статьи 67.1 Гражданского кодекса Российской Федерации (далее – Гражданский кодекс) подтверждением принятия общим собранием учредителей, указанных в настоящем протоколе решений и состава учредителей, присутствовавших при их принятии, будет считаться подписание настоящего протокола всеми учредителями Общества, присутствовавшими на собрании (пункт 16.6.11 Устава). Нотариальное удостоверение принятия общим собранием учредителей решений, указанных в настоящем протоколе, и состава учредителей Общества, присутствовавших при их принятии, не требуется. Как установили суды, согласно протоколу от 30.06.2022 № 4 Балыкин С.В. на собрании не присутствовал, по вопросам повестки дня не голосовал. Полагая, что принятые на данном собрании решения недействительны, а само собрание незаконно в связи с нарушением порядка его созыва и проведения Балыкин С.В. обратился в арбитражный суд с соответствующими требованиями. Суд первой инстанции, руководствуясь статьями 67.1 , 181.3 - 181.5 Гражданского кодекса, статьями 8, 32, 35-37, 43 Федерального закона от 08.02.1998 № 14-ФЗ «Об обществах с ограниченной ответственностью» (далее – Закон № 14-ФЗ), разъяснениями, изложенными в пункте 107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удовлетворил заявленные требования, установив наличие нарушений порядка созыва и проведения общего собрания, а также отсутствие нотариального удостоверения оспариваемого протокола. Отменяя решение суда первой инстанции и отказывая в удовлетворении требований, суд апелляционной инстанции исходил из того, что положения действующего корпоративного законодательства предполагают активную позицию участника общества, который должен проявлять интерес к деятельности последнего, действовать с должной степенью заботливости и осмотрительности в осуществлении своих прав, в том числе участвовать в управлении делами общества, проведении общего собрания, ознакомлении со всей документацией. Поскольку Балыкин С.В. находился в отпуске с 10.06.2023, при отсутствии доказательств назначения уполномоченного лица и возложению на него своих обязанностей в период отпуска, Общество находилось в ситуации невозможности ведения хозяйственной деятельности в спорный период. В этой связи требование Гордеева А.Г. от 17.06.2022 о созыве внеочередного собрания участников Общества, врученное директору по продажам Гайдукову А.Г., по мнению апелляционного суда, свидетельствует, что Гордеевым А.Г. предприняты необходимые меры по обеспечению деятельности юридического лица. Установив на основании пояснений представителя Балыкиным С.В., что у него произошла в спорный период смена места жительства, об изменении адреса было сообщено Гордееву А.Г. устно, суд апелляционной инстанции указал на неисполнение истцом обязанности, предусмотренной пунктом 12.10 Устава Общества, о необходимости своевременного информирования об изменении сведений о месте жительства или месте нахождения, создание ситуации, препятствующей принятию оспариваемых решений, а также риск невыполнения Обществом своих обязательств. По мнению суда апелляционной инстанции, истец не привел доводы и доказательства нарушения его прав и законных интересов оспариваемыми решениями. В то же время в действиях самого истца, суд апелляционной инстанции усмотрел признаки злоупотребления правом, поскольку действия истца свидетельствуют о незаинтересованности в хозяйственной деятельности предприятия.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заключив следующее. В силу положений Закона № 14-ФЗ орган или лица, созывающие общее собрание участников, обязаны не позднее чем за тридцать дней до его проведения уведомить об этом каждого участника общества заказным письмом по адресу, указанному в списке участников общества, или иным способом, предусмотренным уставом общества. В уведомлении должны быть указаны время и место проведения общего собрания участников общества, а также предлагаемая повестка дня; в случае нарушения установленного настоящей статьей порядка созыва общего собрания участников общества такое общее собрание признается правомочным, если в нем участвуют все участники общества. Аналогичные положения изложены в пунктах 16.5.1, 16.5.2, 16.5.4 Устава Общества. Между тем Балыкин С.В., являясь участником Общества, участие во собрании не принимал, о его проведении надлежащим образом не уведомлялся; протокол общего собрания учредителей от 30.06.2022 № 4, не подписывал. Факт направления уведомления о проведении общего собрания 30.06.2022 по адресу, указанному в списке участников, не был доказан ни Обществом, ни Гордеевым А.Г. При этом судом первой инстанции обоснованно отклонен довод Гордеева А.Г. о неизвестности нового адреса места жительства истца, поскольку в таком случае, действуя разумно и добросовестно, он должен был уведомить Балыкина С.В. по последнему известному ему месту жительства. Выводы суда апелляционной инстанции о злоупотреблении правом Балыкиным С.В. сделаны без учета того, что одновременно с заявлением об освобождении от должности единоличного исполнительного органа Общества с 15.07.2022 истец уведомил Гордеева А.Г. о проведении внеочередного собрания участников 11.07.2022 по вопросу избрания нового генерального директора. В указанную дату было проведено собрание участников Общества, на котором присутствовали оба учредителя, однако решение по вопросу назначения генерального директора не принято из-за отсутствия согласия по предложенным кандидатурам. Судом апелляционной инстанции не опровергнут вывод суда первой инстанции о том, что решения внеочередного общего собрания от 30.06.2022 приняты Гордеевым А.Г. (доля 50%) без участия Балыкина С.В. с нарушением кворума, отметив необходимость в рассматриваемом случае нотариального подтверждения принятых решений.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Гордеева Андрея Геннадьевича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