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Комарову Юрию Владиславовичу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Омской области (подробнее) Ответчики: Арбитражный управляющий Комаров Юрий Владиславович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