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«Лебяжье»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ТОВАРИЩЕСТВО СОБСТВЕННИКОВ НЕДВИЖИМОСТИ "ЛЕБЯЖЬЕ" (подробнее) Ответчики: Управление Федеральной антимонопольной службы по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