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«Племенной завод «Урожай»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"Глобал-Фарм" (подробнее) Ответчики: ООО "ПЛЕМЕННОЙ ЗАВОД "УРОЖАЙ"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