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«АльянсПрофЭко»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"АльянсПрофЭко" (подробнее) Ответчики: Ленинград-Финляндская транспортная прокуратура (подробнее) Северо-Западная транспортная прокуратура (подробнее) Иные лица: ОАО РЖД (подробнее) ОАО "Российские железные дороги" (подробнее) ОАО Филиал "РЖД" Октябрьская железная дорога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