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Владимирской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а/у Дудар О.С (подробнее) Ответчики: Управление Федеральной антимонопольной службы по Владимирской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