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«Дирекция дорожного хозяйства Ямало-Ненецкого автономного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"Фаворит" (подробнее) Ответчики: Государственное казённое учреждение "Дирекция дорожного хозяйства" Ямало-Ненецкого автономного округа (подробнее) Иные лица: Арбитражный суд Западно-Сибирского округа (подробнее) Восьмой арбитражный апелляционный суд (подробнее) ООО "Бюро Независимых Экспертиз" эксперт Леонов А.А.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