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«Ижевская строительная компания»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