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«Сибирская дирекция энергостроительства»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