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 Групп» и Якимову Евгению Валентиновичу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