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«Жилищно-коммунальный трест»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"Жилищно-коммунальный трест" (подробнее) Ответчики: Государственная жилищная инспекция Кемеровской области Кузбасса (подробнее) Иные лица: представитель Засименкова А.А. Жариков Максим Игоревич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