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«Пулковская усадьба»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