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"ФАЙТ-СПЕЙС ИНТЕРНЕШНЛ"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