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НПО «Компас здоровья»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"ПУРАТОС" (подробнее) Ответчики: ООО "НПО "Компас здоровья"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