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«Рузаевский завод химического машиностроения»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