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Овчаренко Юрию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