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«Санаторий «Анапа»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ФГКУ Санаторий Анапа (подробнее) ФЕДЕРАЛЬНОЕ ГОСУДАРСТВЕННОЕ КАЗЕННОЕ УЧРЕЖДЕНИЕ "САНАТОРИЙ "АНАПА" (подробнее) Ответчики: ФГБУ "Краснодарская межобластная ветеринарная лаборатория"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