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Забайкальскому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по надзору в сфере защиты прав потребителей и благополучия человека по Забайкальскому краю (подробнее) Иные лица: Арбитражный суд Забайкальского края (подробнее) Управление Роспотребнадзора по Забайкальскому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