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«Подъемно-транспортное оборудование»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