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«Линдэкс»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"ЛИНДЭКС" (подробнее) Ответчики: ФГБУ "ВСЕРОССИЙСКИЙ НАУЧНО-ИССЛЕДОВАТЕЛЬСКИЙ И ИСПЫТАТЕЛЬНЫЙ ИНСТИТУТ МЕДИЦИНСКОЙ ТЕХНИКИ" ФЕДЕРАЛЬНОЙ СЛУЖБЫ ПО НАДЗОРУ В СФЕРЕ ЗДРАВООХРАНЕНИЯ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