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«Торговая евразийская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"ТЕК" (подробнее) Ответчики: ООО "Линолеум.ру"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