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Росреестра по Санкт-Петербургу (подробнее) Иные лица: Управление Федеральной службы государственной регистрации, кадастра и картографии по городу Лен.области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