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Управление Федеральной антимонопольной службы Российской Федерации по Самарской области (подробнее) Иные лица: Арбитражный суд Поволжского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