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«ЦФ КАМА»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"ЦФ КАМА" (подробнее) Ответчики: Приволжская электронная таможня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