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Ковалеву Виталию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