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ТД «Гидростройресурс»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ТД "ГИДРОСТРОЙРЕСУРС" (подробнее) Ответчики: АО "Главное управление обустройства войск"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