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Демчуку Игорю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