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«Магнитогорский Металлургический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