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Инвестиционная компания «Деньги для всех»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