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муниципальному казенному учреждению «Служба заказчика Тюменского района»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