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Управлению Федеральной службы исполнения наказаний по Вологодской области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