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Макаревич Лилии Олеговне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