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«Мордовский бекон»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