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«ФЛИГЛЬ АГРАРТЕХНИК ГМБХ»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