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Колесникову Дмитрию Ильичу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