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охранное предприятие «Лентул»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