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Федеральной службы судебных приставов по Краснодарскому краю, судебному приставу-исполнителю Отдела судебных приставов по Центральному округу города Краснодара Главного управления Федеральной службы судебных приставов по Краснодарскому краю Женетль Руслану Даудовичу и Чуйкову Юрию Викторовичу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