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объявить перерыв в судебном заседании по делу № А40-51907/2022 до 15 декабря 2023 года до 10 часов. Председательствующий судья Н.А. Ксенофонтова Судьи Г.Г. Кирейкова О.Ю. Шилохвост Суд: Верховный Суд РФ (подробнее) Истцы: ПАО "Норвик Банк" (подробнее) Иные лица: Власова К. И. следователь СО ОМВД России по р-ну Гольяново г. Москва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