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«Котлин-Новатор»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