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Коновалову Андрею Викторовичу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