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«Фабрика мебели МТМ»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"ФАБРИКА МЕБЕЛИ МТМ" (подробнее) Ответчики: ООО "СберЛогистика"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