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«Мультиспейс Динамо»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