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Паку Вячеславу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