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научно-производственное предприятие «Академический центр лесного проектирования и инноваций»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