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Баеву Владиславу Ильичу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