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Краснодарского края «Краевая техническая инвентаризация – Краевое БТИ»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