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2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науки и высшего образования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