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Колесникову Денису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