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Федеральной службы судебных приставов по Нижегородской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