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предприятию «Национальное испытательное объединение «Государственные боеприпасные испытательные полигоны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